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EE1D" w14:textId="0900C57F" w:rsidR="00BE50C9" w:rsidRDefault="00BE50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EC9AA15" wp14:editId="685D5051">
            <wp:simplePos x="0" y="0"/>
            <wp:positionH relativeFrom="column">
              <wp:posOffset>57150</wp:posOffset>
            </wp:positionH>
            <wp:positionV relativeFrom="paragraph">
              <wp:posOffset>5080</wp:posOffset>
            </wp:positionV>
            <wp:extent cx="857250" cy="857250"/>
            <wp:effectExtent l="0" t="0" r="0" b="0"/>
            <wp:wrapNone/>
            <wp:docPr id="9976199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08F5CE44" w14:textId="0F60A0AD" w:rsidR="00D96997" w:rsidRPr="00BE50C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>ARDAHAN ÜNİVERSİTESİ</w:t>
      </w:r>
    </w:p>
    <w:p w14:paraId="58F6C6B1" w14:textId="77777777" w:rsidR="00D96997" w:rsidRPr="00BE50C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>SAĞLIK HİZMETLERİ MESLEK YÜKSEKOKULU MÜDÜRLÜĞÜ</w:t>
      </w:r>
    </w:p>
    <w:p w14:paraId="0E3152CA" w14:textId="77777777" w:rsidR="00D96997" w:rsidRPr="00BE50C9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>SPOR TAKIMLARI BAŞVURU FORMU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D96997" w:rsidRPr="00BE50C9" w14:paraId="5E79BEF7" w14:textId="77777777" w:rsidTr="00BE50C9">
        <w:trPr>
          <w:jc w:val="center"/>
        </w:trPr>
        <w:tc>
          <w:tcPr>
            <w:tcW w:w="2835" w:type="dxa"/>
          </w:tcPr>
          <w:p w14:paraId="1725205D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Soyadı</w:t>
            </w:r>
            <w:proofErr w:type="spellEnd"/>
          </w:p>
        </w:tc>
        <w:tc>
          <w:tcPr>
            <w:tcW w:w="6520" w:type="dxa"/>
          </w:tcPr>
          <w:p w14:paraId="06574EE1" w14:textId="7EA6FE53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97" w:rsidRPr="00BE50C9" w14:paraId="3EE493AB" w14:textId="77777777" w:rsidTr="00BE50C9">
        <w:trPr>
          <w:jc w:val="center"/>
        </w:trPr>
        <w:tc>
          <w:tcPr>
            <w:tcW w:w="2835" w:type="dxa"/>
          </w:tcPr>
          <w:p w14:paraId="7F9FF087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</w:t>
            </w:r>
          </w:p>
        </w:tc>
        <w:tc>
          <w:tcPr>
            <w:tcW w:w="6520" w:type="dxa"/>
          </w:tcPr>
          <w:p w14:paraId="35DB7357" w14:textId="6777A1D2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97" w:rsidRPr="00BE50C9" w14:paraId="1F246230" w14:textId="77777777" w:rsidTr="00BE50C9">
        <w:trPr>
          <w:jc w:val="center"/>
        </w:trPr>
        <w:tc>
          <w:tcPr>
            <w:tcW w:w="2835" w:type="dxa"/>
          </w:tcPr>
          <w:p w14:paraId="6201D066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Program / Bölüm</w:t>
            </w:r>
          </w:p>
        </w:tc>
        <w:tc>
          <w:tcPr>
            <w:tcW w:w="6520" w:type="dxa"/>
          </w:tcPr>
          <w:p w14:paraId="7AA4CB9E" w14:textId="7387F63D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97" w:rsidRPr="00BE50C9" w14:paraId="573A1E6C" w14:textId="77777777" w:rsidTr="00BE50C9">
        <w:trPr>
          <w:jc w:val="center"/>
        </w:trPr>
        <w:tc>
          <w:tcPr>
            <w:tcW w:w="2835" w:type="dxa"/>
          </w:tcPr>
          <w:p w14:paraId="51D79398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  <w:tc>
          <w:tcPr>
            <w:tcW w:w="6520" w:type="dxa"/>
          </w:tcPr>
          <w:p w14:paraId="564604FC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E50C9">
              <w:rPr>
                <w:rFonts w:ascii="Times New Roman" w:hAnsi="Times New Roman" w:cs="Times New Roman"/>
                <w:sz w:val="24"/>
                <w:szCs w:val="24"/>
              </w:rPr>
              <w:t xml:space="preserve"> 1. Sınıf     </w:t>
            </w:r>
            <w:r w:rsidRPr="00BE50C9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E50C9">
              <w:rPr>
                <w:rFonts w:ascii="Times New Roman" w:hAnsi="Times New Roman" w:cs="Times New Roman"/>
                <w:sz w:val="24"/>
                <w:szCs w:val="24"/>
              </w:rPr>
              <w:t xml:space="preserve"> 2. Sınıf</w:t>
            </w:r>
          </w:p>
        </w:tc>
      </w:tr>
      <w:tr w:rsidR="00D96997" w:rsidRPr="00BE50C9" w14:paraId="1E5C6DE4" w14:textId="77777777" w:rsidTr="00BE50C9">
        <w:trPr>
          <w:jc w:val="center"/>
        </w:trPr>
        <w:tc>
          <w:tcPr>
            <w:tcW w:w="2835" w:type="dxa"/>
          </w:tcPr>
          <w:p w14:paraId="6BADFE22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Telefon</w:t>
            </w:r>
          </w:p>
        </w:tc>
        <w:tc>
          <w:tcPr>
            <w:tcW w:w="6520" w:type="dxa"/>
          </w:tcPr>
          <w:p w14:paraId="0CFB4395" w14:textId="41FE7327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97" w:rsidRPr="00BE50C9" w14:paraId="767515FD" w14:textId="77777777" w:rsidTr="00BE50C9">
        <w:trPr>
          <w:jc w:val="center"/>
        </w:trPr>
        <w:tc>
          <w:tcPr>
            <w:tcW w:w="2835" w:type="dxa"/>
          </w:tcPr>
          <w:p w14:paraId="5AF09799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6520" w:type="dxa"/>
          </w:tcPr>
          <w:p w14:paraId="5AF4A544" w14:textId="599475B5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4FA" w:rsidRPr="00BE50C9" w14:paraId="13873D7E" w14:textId="77777777" w:rsidTr="00BE50C9">
        <w:trPr>
          <w:jc w:val="center"/>
        </w:trPr>
        <w:tc>
          <w:tcPr>
            <w:tcW w:w="2835" w:type="dxa"/>
          </w:tcPr>
          <w:p w14:paraId="79470EF9" w14:textId="6B4CD76E" w:rsidR="00B744FA" w:rsidRPr="00BE50C9" w:rsidRDefault="00B744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Kan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Grubu</w:t>
            </w:r>
            <w:proofErr w:type="spellEnd"/>
          </w:p>
        </w:tc>
        <w:tc>
          <w:tcPr>
            <w:tcW w:w="6520" w:type="dxa"/>
          </w:tcPr>
          <w:p w14:paraId="361660AA" w14:textId="77777777" w:rsidR="00B744FA" w:rsidRPr="00BE50C9" w:rsidRDefault="00B74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D98785" w14:textId="77777777" w:rsidR="00D96997" w:rsidRPr="00BE50C9" w:rsidRDefault="00D96997">
      <w:pPr>
        <w:rPr>
          <w:rFonts w:ascii="Times New Roman" w:hAnsi="Times New Roman" w:cs="Times New Roman"/>
          <w:sz w:val="24"/>
          <w:szCs w:val="24"/>
        </w:rPr>
      </w:pPr>
    </w:p>
    <w:p w14:paraId="2830AF7E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>1. BAŞVURU YAPILAN SPOR BRANŞI</w:t>
      </w:r>
    </w:p>
    <w:p w14:paraId="6EC934C2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sz w:val="24"/>
          <w:szCs w:val="24"/>
        </w:rPr>
        <w:t>Lütfen tercih ettiğiniz branşı/branşları işaretleyiniz:</w:t>
      </w:r>
    </w:p>
    <w:p w14:paraId="37F9FB53" w14:textId="77777777" w:rsidR="00D96997" w:rsidRPr="00BE50C9" w:rsidRDefault="00000000" w:rsidP="00BE50C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E50C9">
        <w:rPr>
          <w:rFonts w:ascii="Segoe UI Symbol" w:hAnsi="Segoe UI Symbol" w:cs="Segoe UI Symbol"/>
          <w:sz w:val="24"/>
          <w:szCs w:val="24"/>
        </w:rPr>
        <w:t>☐</w:t>
      </w:r>
      <w:r w:rsidRPr="00BE50C9">
        <w:rPr>
          <w:rFonts w:ascii="Times New Roman" w:hAnsi="Times New Roman" w:cs="Times New Roman"/>
          <w:sz w:val="24"/>
          <w:szCs w:val="24"/>
        </w:rPr>
        <w:t xml:space="preserve">  BASKETBOL</w:t>
      </w:r>
      <w:proofErr w:type="gramEnd"/>
      <w:r w:rsidRPr="00BE50C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BE50C9">
        <w:rPr>
          <w:rFonts w:ascii="Segoe UI Symbol" w:hAnsi="Segoe UI Symbol" w:cs="Segoe UI Symbol"/>
          <w:sz w:val="24"/>
          <w:szCs w:val="24"/>
        </w:rPr>
        <w:t>☐</w:t>
      </w:r>
      <w:r w:rsidRPr="00BE50C9">
        <w:rPr>
          <w:rFonts w:ascii="Times New Roman" w:hAnsi="Times New Roman" w:cs="Times New Roman"/>
          <w:sz w:val="24"/>
          <w:szCs w:val="24"/>
        </w:rPr>
        <w:t xml:space="preserve">  VOLEYBOL</w:t>
      </w:r>
      <w:proofErr w:type="gramEnd"/>
      <w:r w:rsidRPr="00BE50C9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BE50C9">
        <w:rPr>
          <w:rFonts w:ascii="Segoe UI Symbol" w:hAnsi="Segoe UI Symbol" w:cs="Segoe UI Symbol"/>
          <w:sz w:val="24"/>
          <w:szCs w:val="24"/>
        </w:rPr>
        <w:t>☐</w:t>
      </w:r>
      <w:r w:rsidRPr="00BE50C9">
        <w:rPr>
          <w:rFonts w:ascii="Times New Roman" w:hAnsi="Times New Roman" w:cs="Times New Roman"/>
          <w:sz w:val="24"/>
          <w:szCs w:val="24"/>
        </w:rPr>
        <w:t xml:space="preserve">  FUTBOL</w:t>
      </w:r>
      <w:proofErr w:type="gramEnd"/>
    </w:p>
    <w:p w14:paraId="0C2B7AF1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 xml:space="preserve">Tercih edilen mevki / pozisyon (varsa): </w:t>
      </w:r>
      <w:r w:rsidRPr="00BE50C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14:paraId="7B183694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 xml:space="preserve">Daha önce lisanslı veya okul/üniversite düzeyinde spor yaptınız mı? </w:t>
      </w:r>
      <w:r w:rsidRPr="00BE50C9">
        <w:rPr>
          <w:rFonts w:ascii="Segoe UI Symbol" w:hAnsi="Segoe UI Symbol" w:cs="Segoe UI Symbol"/>
          <w:sz w:val="24"/>
          <w:szCs w:val="24"/>
        </w:rPr>
        <w:t>☐</w:t>
      </w:r>
      <w:r w:rsidRPr="00BE50C9">
        <w:rPr>
          <w:rFonts w:ascii="Times New Roman" w:hAnsi="Times New Roman" w:cs="Times New Roman"/>
          <w:sz w:val="24"/>
          <w:szCs w:val="24"/>
        </w:rPr>
        <w:t xml:space="preserve"> Evet   </w:t>
      </w:r>
      <w:r w:rsidRPr="00BE50C9">
        <w:rPr>
          <w:rFonts w:ascii="Segoe UI Symbol" w:hAnsi="Segoe UI Symbol" w:cs="Segoe UI Symbol"/>
          <w:sz w:val="24"/>
          <w:szCs w:val="24"/>
        </w:rPr>
        <w:t>☐</w:t>
      </w:r>
      <w:r w:rsidRPr="00BE50C9">
        <w:rPr>
          <w:rFonts w:ascii="Times New Roman" w:hAnsi="Times New Roman" w:cs="Times New Roman"/>
          <w:sz w:val="24"/>
          <w:szCs w:val="24"/>
        </w:rPr>
        <w:t xml:space="preserve"> Hayır</w:t>
      </w:r>
    </w:p>
    <w:p w14:paraId="6AF2D375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 xml:space="preserve">Branş ve varsa kulüp/takım bilgisi: </w:t>
      </w:r>
      <w:r w:rsidRPr="00BE50C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14:paraId="00A72DEA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b/>
          <w:sz w:val="24"/>
          <w:szCs w:val="24"/>
        </w:rPr>
        <w:t>2. BAŞVURU VE KATILIM BEYANI</w:t>
      </w:r>
    </w:p>
    <w:p w14:paraId="5944085B" w14:textId="2F749917" w:rsidR="00D96997" w:rsidRPr="00BE50C9" w:rsidRDefault="00000000" w:rsidP="00BE50C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sz w:val="24"/>
          <w:szCs w:val="24"/>
        </w:rPr>
        <w:t xml:space="preserve">Bu form ile Ardahan Üniversitesi Sağlık Hizmetleri Meslek Yüksekokulu Müdürlüğü bünyesinde oluşturulacak spor takımlarından seçtiğim branş/branşlara katılmak için başvuruda bulunuyorum. Başvuru sürecinde tarafıma bildirilecek seçme, antrenman, müsabaka ve takım kurallarına uymayı kabul ederim. </w:t>
      </w:r>
      <w:proofErr w:type="spellStart"/>
      <w:r w:rsidRPr="00BE50C9">
        <w:rPr>
          <w:rFonts w:ascii="Times New Roman" w:hAnsi="Times New Roman" w:cs="Times New Roman"/>
          <w:sz w:val="24"/>
          <w:szCs w:val="24"/>
        </w:rPr>
        <w:t>Verdiğim</w:t>
      </w:r>
      <w:proofErr w:type="spellEnd"/>
      <w:r w:rsidRPr="00BE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0C9">
        <w:rPr>
          <w:rFonts w:ascii="Times New Roman" w:hAnsi="Times New Roman" w:cs="Times New Roman"/>
          <w:sz w:val="24"/>
          <w:szCs w:val="24"/>
        </w:rPr>
        <w:t>bilgilerin</w:t>
      </w:r>
      <w:proofErr w:type="spellEnd"/>
      <w:r w:rsidRPr="00BE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0C9">
        <w:rPr>
          <w:rFonts w:ascii="Times New Roman" w:hAnsi="Times New Roman" w:cs="Times New Roman"/>
          <w:sz w:val="24"/>
          <w:szCs w:val="24"/>
        </w:rPr>
        <w:t>doğru</w:t>
      </w:r>
      <w:proofErr w:type="spellEnd"/>
      <w:r w:rsidRPr="00BE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0C9">
        <w:rPr>
          <w:rFonts w:ascii="Times New Roman" w:hAnsi="Times New Roman" w:cs="Times New Roman"/>
          <w:sz w:val="24"/>
          <w:szCs w:val="24"/>
        </w:rPr>
        <w:t>olduğunu</w:t>
      </w:r>
      <w:proofErr w:type="spellEnd"/>
      <w:r w:rsidRPr="00BE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0C9">
        <w:rPr>
          <w:rFonts w:ascii="Times New Roman" w:hAnsi="Times New Roman" w:cs="Times New Roman"/>
          <w:sz w:val="24"/>
          <w:szCs w:val="24"/>
        </w:rPr>
        <w:t>beyan</w:t>
      </w:r>
      <w:proofErr w:type="spellEnd"/>
      <w:r w:rsidRPr="00BE5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50C9">
        <w:rPr>
          <w:rFonts w:ascii="Times New Roman" w:hAnsi="Times New Roman" w:cs="Times New Roman"/>
          <w:sz w:val="24"/>
          <w:szCs w:val="24"/>
        </w:rPr>
        <w:t>ederim</w:t>
      </w:r>
      <w:proofErr w:type="spellEnd"/>
      <w:r w:rsidRPr="00BE50C9">
        <w:rPr>
          <w:rFonts w:ascii="Times New Roman" w:hAnsi="Times New Roman" w:cs="Times New Roman"/>
          <w:sz w:val="24"/>
          <w:szCs w:val="24"/>
        </w:rPr>
        <w:t>.</w:t>
      </w:r>
    </w:p>
    <w:p w14:paraId="22017DDA" w14:textId="37D1E0BB" w:rsidR="00D96997" w:rsidRPr="00BE50C9" w:rsidRDefault="00BE50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BE50C9">
        <w:rPr>
          <w:rFonts w:ascii="Times New Roman" w:hAnsi="Times New Roman" w:cs="Times New Roman"/>
          <w:b/>
          <w:sz w:val="24"/>
          <w:szCs w:val="24"/>
        </w:rPr>
        <w:t>ÖĞRENCİ ONAYI</w:t>
      </w:r>
    </w:p>
    <w:p w14:paraId="2E45D22A" w14:textId="77777777" w:rsidR="00D96997" w:rsidRPr="00BE50C9" w:rsidRDefault="00000000">
      <w:pPr>
        <w:rPr>
          <w:rFonts w:ascii="Times New Roman" w:hAnsi="Times New Roman" w:cs="Times New Roman"/>
          <w:sz w:val="24"/>
          <w:szCs w:val="24"/>
        </w:rPr>
      </w:pPr>
      <w:r w:rsidRPr="00BE50C9">
        <w:rPr>
          <w:rFonts w:ascii="Times New Roman" w:hAnsi="Times New Roman" w:cs="Times New Roman"/>
          <w:sz w:val="24"/>
          <w:szCs w:val="24"/>
        </w:rPr>
        <w:t>Yukarıdaki bilgileri okuyarak başvuru şartlarını kabul ettiğimi ve başvurumun değerlendirilmesini talep ettiğimi beyan ederim.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20"/>
      </w:tblGrid>
      <w:tr w:rsidR="00D96997" w:rsidRPr="00BE50C9" w14:paraId="32085E59" w14:textId="77777777" w:rsidTr="00BE50C9">
        <w:trPr>
          <w:jc w:val="center"/>
        </w:trPr>
        <w:tc>
          <w:tcPr>
            <w:tcW w:w="2835" w:type="dxa"/>
          </w:tcPr>
          <w:p w14:paraId="479C510D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6520" w:type="dxa"/>
          </w:tcPr>
          <w:p w14:paraId="52DE379D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sz w:val="24"/>
                <w:szCs w:val="24"/>
              </w:rPr>
              <w:t>..... / ..... / 2026</w:t>
            </w:r>
          </w:p>
        </w:tc>
      </w:tr>
      <w:tr w:rsidR="00D96997" w:rsidRPr="00BE50C9" w14:paraId="7E945DAA" w14:textId="77777777" w:rsidTr="00BE50C9">
        <w:trPr>
          <w:jc w:val="center"/>
        </w:trPr>
        <w:tc>
          <w:tcPr>
            <w:tcW w:w="2835" w:type="dxa"/>
          </w:tcPr>
          <w:p w14:paraId="06184DC8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520" w:type="dxa"/>
          </w:tcPr>
          <w:p w14:paraId="6D6CB623" w14:textId="58255FB7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97" w:rsidRPr="00BE50C9" w14:paraId="60A00FFA" w14:textId="77777777" w:rsidTr="00BE50C9">
        <w:trPr>
          <w:jc w:val="center"/>
        </w:trPr>
        <w:tc>
          <w:tcPr>
            <w:tcW w:w="2835" w:type="dxa"/>
          </w:tcPr>
          <w:p w14:paraId="1CDA33D4" w14:textId="77777777" w:rsidR="00D96997" w:rsidRPr="00BE50C9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0C9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6520" w:type="dxa"/>
          </w:tcPr>
          <w:p w14:paraId="7A03033C" w14:textId="2CD5E319" w:rsidR="00D96997" w:rsidRPr="00BE50C9" w:rsidRDefault="00D969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91DB55" w14:textId="77777777" w:rsidR="00D96997" w:rsidRPr="00BE50C9" w:rsidRDefault="00D96997">
      <w:pPr>
        <w:rPr>
          <w:rFonts w:ascii="Times New Roman" w:hAnsi="Times New Roman" w:cs="Times New Roman"/>
          <w:sz w:val="24"/>
          <w:szCs w:val="24"/>
        </w:rPr>
      </w:pPr>
    </w:p>
    <w:p w14:paraId="31985333" w14:textId="2475F3FA" w:rsidR="00D96997" w:rsidRPr="00BE50C9" w:rsidRDefault="00D9699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96997" w:rsidRPr="00BE50C9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1417264">
    <w:abstractNumId w:val="8"/>
  </w:num>
  <w:num w:numId="2" w16cid:durableId="896552315">
    <w:abstractNumId w:val="6"/>
  </w:num>
  <w:num w:numId="3" w16cid:durableId="1306080525">
    <w:abstractNumId w:val="5"/>
  </w:num>
  <w:num w:numId="4" w16cid:durableId="1257061645">
    <w:abstractNumId w:val="4"/>
  </w:num>
  <w:num w:numId="5" w16cid:durableId="1279723804">
    <w:abstractNumId w:val="7"/>
  </w:num>
  <w:num w:numId="6" w16cid:durableId="889342289">
    <w:abstractNumId w:val="3"/>
  </w:num>
  <w:num w:numId="7" w16cid:durableId="1425344685">
    <w:abstractNumId w:val="2"/>
  </w:num>
  <w:num w:numId="8" w16cid:durableId="1698114311">
    <w:abstractNumId w:val="1"/>
  </w:num>
  <w:num w:numId="9" w16cid:durableId="69993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7EA4"/>
    <w:rsid w:val="008E336B"/>
    <w:rsid w:val="00AA1D8D"/>
    <w:rsid w:val="00B47730"/>
    <w:rsid w:val="00B744FA"/>
    <w:rsid w:val="00BE50C9"/>
    <w:rsid w:val="00CB0664"/>
    <w:rsid w:val="00D969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F6B4D"/>
  <w14:defaultImageDpi w14:val="300"/>
  <w15:docId w15:val="{30EB2382-B383-4891-81E6-DB5640B80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Ardahan Üniversitesi</cp:lastModifiedBy>
  <cp:revision>3</cp:revision>
  <dcterms:created xsi:type="dcterms:W3CDTF">2013-12-23T23:15:00Z</dcterms:created>
  <dcterms:modified xsi:type="dcterms:W3CDTF">2026-10-05T13:10:00Z</dcterms:modified>
  <cp:category/>
</cp:coreProperties>
</file>